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78A32" w14:textId="10780425" w:rsidR="000262E9" w:rsidRPr="0034548B" w:rsidRDefault="005C56A8" w:rsidP="008A57B7">
      <w:pPr>
        <w:pStyle w:val="Ttulo1"/>
      </w:pPr>
      <w:r w:rsidRPr="008A57B7">
        <w:t>CHECKLIST DE TOMA DE DATOS</w:t>
      </w:r>
      <w:r w:rsidRPr="0034548B">
        <w:br/>
      </w:r>
    </w:p>
    <w:p w14:paraId="3A2A0595" w14:textId="5FBD9711" w:rsidR="000262E9" w:rsidRPr="008A57B7" w:rsidRDefault="008A57B7" w:rsidP="008A57B7">
      <w:pPr>
        <w:pStyle w:val="Ttulo2"/>
      </w:pPr>
      <w:r w:rsidRPr="008A57B7">
        <w:t>DATOS GENERALES</w:t>
      </w:r>
    </w:p>
    <w:p w14:paraId="0C44BBA8" w14:textId="215C4D1D" w:rsidR="00186EBB" w:rsidRPr="00186EBB" w:rsidRDefault="00186EBB" w:rsidP="00186EBB">
      <w:pPr>
        <w:rPr>
          <w:lang w:val="es-ES_tradnl"/>
        </w:rPr>
      </w:pPr>
    </w:p>
    <w:p w14:paraId="7924F9F2" w14:textId="54597815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Cliente / Razón socia</w:t>
      </w:r>
      <w:r w:rsidR="00F712F5">
        <w:rPr>
          <w:lang w:val="es-ES_tradnl"/>
        </w:rPr>
        <w:t xml:space="preserve">l </w:t>
      </w:r>
      <w:r w:rsidR="00F712F5">
        <w:rPr>
          <w:lang w:val="es-ES_tradnl"/>
        </w:rPr>
        <w:fldChar w:fldCharType="begin"/>
      </w:r>
      <w:r w:rsidR="00F712F5">
        <w:rPr>
          <w:lang w:val="es-ES_tradnl"/>
        </w:rPr>
        <w:instrText xml:space="preserve"> USERADDRESS  \* MERGEFORMAT </w:instrText>
      </w:r>
      <w:r w:rsidR="00F712F5">
        <w:rPr>
          <w:lang w:val="es-ES_tradnl"/>
        </w:rPr>
        <w:fldChar w:fldCharType="end"/>
      </w:r>
    </w:p>
    <w:p w14:paraId="1A95AA6F" w14:textId="79B72A96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Centro / Planta / Ubicación</w:t>
      </w:r>
    </w:p>
    <w:p w14:paraId="7AB81EFD" w14:textId="0858368F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Actividad principal</w:t>
      </w:r>
    </w:p>
    <w:p w14:paraId="187B13F1" w14:textId="10EE5EFB" w:rsidR="00186EBB" w:rsidRDefault="005C56A8">
      <w:pPr>
        <w:rPr>
          <w:lang w:val="es-ES_tradnl"/>
        </w:rPr>
      </w:pPr>
      <w:r w:rsidRPr="0034548B">
        <w:rPr>
          <w:lang w:val="es-ES_tradnl"/>
        </w:rPr>
        <w:t>☐ Persona de contacto técnica</w:t>
      </w:r>
      <w:r w:rsidR="00186EBB">
        <w:rPr>
          <w:lang w:val="es-ES_tradnl"/>
        </w:rPr>
        <w:t xml:space="preserve"> (email y/o teléfono)</w:t>
      </w:r>
    </w:p>
    <w:p w14:paraId="14DDF804" w14:textId="75864AFD" w:rsidR="00186EBB" w:rsidRPr="0034548B" w:rsidRDefault="00186EBB" w:rsidP="00186EBB">
      <w:pPr>
        <w:rPr>
          <w:lang w:val="es-ES_tradnl"/>
        </w:rPr>
      </w:pPr>
      <w:r w:rsidRPr="0034548B">
        <w:rPr>
          <w:lang w:val="es-ES_tradnl"/>
        </w:rPr>
        <w:t xml:space="preserve">☐ Persona de contacto </w:t>
      </w:r>
      <w:r>
        <w:rPr>
          <w:lang w:val="es-ES_tradnl"/>
        </w:rPr>
        <w:t>administrativo</w:t>
      </w:r>
    </w:p>
    <w:p w14:paraId="374C4B56" w14:textId="2199774B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Prescriptor (si aplica)</w:t>
      </w:r>
    </w:p>
    <w:p w14:paraId="23474669" w14:textId="6AF8408D" w:rsidR="008A57B7" w:rsidRDefault="008A57B7">
      <w:pPr>
        <w:rPr>
          <w:lang w:val="es-ES_tradnl"/>
        </w:rPr>
      </w:pPr>
      <w:r>
        <w:rPr>
          <w:lang w:val="es-ES_tradnl"/>
        </w:rPr>
        <w:br w:type="page"/>
      </w:r>
    </w:p>
    <w:p w14:paraId="192FD168" w14:textId="42224F6F" w:rsidR="0034548B" w:rsidRDefault="0034548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_tradnl"/>
        </w:rPr>
      </w:pPr>
    </w:p>
    <w:p w14:paraId="04F2EE13" w14:textId="5D63745C" w:rsidR="000262E9" w:rsidRDefault="008A57B7" w:rsidP="008A57B7">
      <w:pPr>
        <w:pStyle w:val="Ttulo2"/>
        <w:jc w:val="both"/>
      </w:pPr>
      <w:r w:rsidRPr="0034548B">
        <w:t>CENTROS DE TRANSFORMACIÓN (CT)</w:t>
      </w:r>
    </w:p>
    <w:p w14:paraId="2F3A2129" w14:textId="2C35FC7C" w:rsidR="00F01E40" w:rsidRPr="00F01E40" w:rsidRDefault="002E0998" w:rsidP="00F01E40">
      <w:pP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07C565" wp14:editId="3331E119">
            <wp:simplePos x="0" y="0"/>
            <wp:positionH relativeFrom="column">
              <wp:posOffset>4983480</wp:posOffset>
            </wp:positionH>
            <wp:positionV relativeFrom="page">
              <wp:posOffset>1442720</wp:posOffset>
            </wp:positionV>
            <wp:extent cx="3994785" cy="2061210"/>
            <wp:effectExtent l="0" t="0" r="5715" b="0"/>
            <wp:wrapNone/>
            <wp:docPr id="741214753" name="Imagen 6" descr="Diagrama, Esquemát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4753" name="Imagen 6" descr="Diagrama, Esquemátic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FB7B" w14:textId="72CF5DA3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Número total de CT</w:t>
      </w:r>
    </w:p>
    <w:p w14:paraId="1543F73B" w14:textId="7E5B70C0" w:rsidR="0034548B" w:rsidRDefault="005C56A8" w:rsidP="0034548B">
      <w:pPr>
        <w:rPr>
          <w:lang w:val="es-ES_tradnl"/>
        </w:rPr>
      </w:pPr>
      <w:r w:rsidRPr="0034548B">
        <w:rPr>
          <w:lang w:val="es-ES_tradnl"/>
        </w:rPr>
        <w:t>☐ Identificación de cada CT</w:t>
      </w:r>
    </w:p>
    <w:p w14:paraId="4A0E32A4" w14:textId="5EE72FA3" w:rsidR="00186EBB" w:rsidRPr="0034548B" w:rsidRDefault="00186EBB" w:rsidP="00186EBB">
      <w:pPr>
        <w:ind w:firstLine="720"/>
        <w:rPr>
          <w:lang w:val="es-ES_tradnl"/>
        </w:rPr>
      </w:pPr>
      <w:r w:rsidRPr="0034548B">
        <w:rPr>
          <w:lang w:val="es-ES_tradnl"/>
        </w:rPr>
        <w:t xml:space="preserve">☐ Sistema de </w:t>
      </w:r>
      <w:bookmarkStart w:id="0" w:name="OLE_LINK3"/>
      <w:r w:rsidRPr="0034548B">
        <w:rPr>
          <w:lang w:val="es-ES_tradnl"/>
        </w:rPr>
        <w:t>puesta a tierra (</w:t>
      </w:r>
      <w:r w:rsidRPr="002E0998">
        <w:rPr>
          <w:b/>
          <w:bCs/>
          <w:color w:val="4D9C2D"/>
          <w:lang w:val="es-ES_tradnl"/>
        </w:rPr>
        <w:t xml:space="preserve">TT </w:t>
      </w:r>
      <w:r w:rsidRPr="0034548B">
        <w:rPr>
          <w:lang w:val="es-ES_tradnl"/>
        </w:rPr>
        <w:t xml:space="preserve">/ </w:t>
      </w:r>
      <w:r w:rsidRPr="002E0998">
        <w:rPr>
          <w:color w:val="EE0000"/>
          <w:lang w:val="es-ES_tradnl"/>
        </w:rPr>
        <w:t>TN</w:t>
      </w:r>
      <w:r w:rsidRPr="0034548B">
        <w:rPr>
          <w:lang w:val="es-ES_tradnl"/>
        </w:rPr>
        <w:t xml:space="preserve"> / </w:t>
      </w:r>
      <w:r w:rsidRPr="002E0998">
        <w:rPr>
          <w:color w:val="EE0000"/>
          <w:lang w:val="es-ES_tradnl"/>
        </w:rPr>
        <w:t>IT</w:t>
      </w:r>
      <w:r w:rsidRPr="0034548B">
        <w:rPr>
          <w:lang w:val="es-ES_tradnl"/>
        </w:rPr>
        <w:t>)</w:t>
      </w:r>
    </w:p>
    <w:bookmarkEnd w:id="0"/>
    <w:p w14:paraId="1C6CFA18" w14:textId="745E2E88" w:rsidR="000262E9" w:rsidRDefault="005C56A8" w:rsidP="0034548B">
      <w:pPr>
        <w:ind w:firstLine="720"/>
        <w:rPr>
          <w:lang w:val="es-ES_tradnl"/>
        </w:rPr>
      </w:pPr>
      <w:r w:rsidRPr="0034548B">
        <w:rPr>
          <w:lang w:val="es-ES_tradnl"/>
        </w:rPr>
        <w:t>☐ Número de transformadores por CT</w:t>
      </w:r>
    </w:p>
    <w:p w14:paraId="110E684E" w14:textId="339E335C" w:rsidR="0034548B" w:rsidRDefault="0034548B" w:rsidP="0034548B">
      <w:pPr>
        <w:ind w:firstLine="720"/>
        <w:rPr>
          <w:lang w:val="es-ES_tradnl"/>
        </w:rPr>
      </w:pPr>
      <w:r w:rsidRPr="0034548B">
        <w:rPr>
          <w:lang w:val="es-ES_tradnl"/>
        </w:rPr>
        <w:t xml:space="preserve">☐ Identificación de cada </w:t>
      </w:r>
      <w:r>
        <w:rPr>
          <w:lang w:val="es-ES_tradnl"/>
        </w:rPr>
        <w:t>transformador</w:t>
      </w:r>
    </w:p>
    <w:p w14:paraId="32271B23" w14:textId="1CCC3A4A" w:rsidR="0034548B" w:rsidRDefault="005C56A8" w:rsidP="0034548B">
      <w:pPr>
        <w:ind w:left="720" w:firstLine="720"/>
        <w:rPr>
          <w:lang w:val="es-ES_tradnl"/>
        </w:rPr>
      </w:pPr>
      <w:r w:rsidRPr="0034548B">
        <w:rPr>
          <w:lang w:val="es-ES_tradnl"/>
        </w:rPr>
        <w:t>☐ Potencia individual de cada transformador (kVA)</w:t>
      </w:r>
      <w:r w:rsidR="0034548B" w:rsidRPr="0034548B">
        <w:rPr>
          <w:lang w:val="es-ES_tradnl"/>
        </w:rPr>
        <w:t xml:space="preserve"> </w:t>
      </w:r>
    </w:p>
    <w:p w14:paraId="2BD70C76" w14:textId="39FFCEBE" w:rsidR="0034548B" w:rsidRPr="0034548B" w:rsidRDefault="00D23628" w:rsidP="0034548B">
      <w:pPr>
        <w:ind w:left="720" w:firstLine="720"/>
        <w:rPr>
          <w:lang w:val="es-ES_tradnl"/>
        </w:rPr>
      </w:pPr>
      <w:r w:rsidRPr="00D23628">
        <w:rPr>
          <w:noProof/>
        </w:rPr>
        <w:drawing>
          <wp:anchor distT="0" distB="0" distL="114300" distR="114300" simplePos="0" relativeHeight="251659264" behindDoc="0" locked="0" layoutInCell="1" allowOverlap="1" wp14:anchorId="73737C0F" wp14:editId="19CF36AD">
            <wp:simplePos x="0" y="0"/>
            <wp:positionH relativeFrom="column">
              <wp:posOffset>5069840</wp:posOffset>
            </wp:positionH>
            <wp:positionV relativeFrom="page">
              <wp:posOffset>3774440</wp:posOffset>
            </wp:positionV>
            <wp:extent cx="3909278" cy="2219960"/>
            <wp:effectExtent l="0" t="0" r="2540" b="2540"/>
            <wp:wrapNone/>
            <wp:docPr id="2" name="Imagen 1" descr="Diagram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504F6964-A1E1-7778-F5CD-16A414B14F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Diagram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504F6964-A1E1-7778-F5CD-16A414B14F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60802" t="16137" b="39566"/>
                    <a:stretch/>
                  </pic:blipFill>
                  <pic:spPr bwMode="auto">
                    <a:xfrm>
                      <a:off x="0" y="0"/>
                      <a:ext cx="3938803" cy="223672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48B" w:rsidRPr="0034548B">
        <w:rPr>
          <w:lang w:val="es-ES_tradnl"/>
        </w:rPr>
        <w:t xml:space="preserve">☐ </w:t>
      </w:r>
      <w:r w:rsidR="0034548B">
        <w:rPr>
          <w:lang w:val="es-ES_tradnl"/>
        </w:rPr>
        <w:t>Tensión de trabajo en secundario del Transformador (V)</w:t>
      </w:r>
    </w:p>
    <w:p w14:paraId="5F1F5969" w14:textId="24CAC790" w:rsidR="000262E9" w:rsidRDefault="005C56A8" w:rsidP="0034548B">
      <w:pPr>
        <w:ind w:left="720" w:firstLine="720"/>
        <w:rPr>
          <w:lang w:val="es-ES_tradnl"/>
        </w:rPr>
      </w:pPr>
      <w:r w:rsidRPr="0034548B">
        <w:rPr>
          <w:lang w:val="es-ES_tradnl"/>
        </w:rPr>
        <w:t>☐ Transformadores en paralelo (Sí / No)</w:t>
      </w:r>
    </w:p>
    <w:p w14:paraId="10AA602F" w14:textId="1B6EC386" w:rsidR="0034548B" w:rsidRPr="0034548B" w:rsidRDefault="0034548B" w:rsidP="0034548B">
      <w:pPr>
        <w:ind w:left="720" w:firstLine="720"/>
        <w:rPr>
          <w:lang w:val="es-ES_tradnl"/>
        </w:rPr>
      </w:pPr>
      <w:r w:rsidRPr="0034548B">
        <w:rPr>
          <w:lang w:val="es-ES_tradnl"/>
        </w:rPr>
        <w:t xml:space="preserve">☐ </w:t>
      </w:r>
      <w:r>
        <w:rPr>
          <w:lang w:val="es-ES_tradnl"/>
        </w:rPr>
        <w:t>Protección de salida del Transformador</w:t>
      </w:r>
    </w:p>
    <w:p w14:paraId="476ED24A" w14:textId="29CA4E45" w:rsidR="0034548B" w:rsidRDefault="0034548B" w:rsidP="0034548B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 w:rsidRPr="0034548B">
        <w:rPr>
          <w:lang w:val="es-ES_tradnl"/>
        </w:rPr>
        <w:t xml:space="preserve">☐ </w:t>
      </w:r>
      <w:r>
        <w:rPr>
          <w:lang w:val="es-ES_tradnl"/>
        </w:rPr>
        <w:t>FUSIBLES</w:t>
      </w:r>
      <w:r>
        <w:rPr>
          <w:lang w:val="es-ES_tradnl"/>
        </w:rPr>
        <w:tab/>
        <w:t>(CALIBRE)</w:t>
      </w:r>
      <w:r w:rsidR="00D23628" w:rsidRPr="00D23628">
        <w:rPr>
          <w:noProof/>
        </w:rPr>
        <w:t xml:space="preserve"> </w:t>
      </w:r>
    </w:p>
    <w:p w14:paraId="311D54CF" w14:textId="2BC152B2" w:rsidR="0034548B" w:rsidRDefault="0034548B" w:rsidP="0034548B">
      <w:pPr>
        <w:ind w:left="1440" w:firstLine="720"/>
        <w:rPr>
          <w:lang w:val="es-ES_tradnl"/>
        </w:rPr>
      </w:pPr>
      <w:r w:rsidRPr="0034548B">
        <w:rPr>
          <w:lang w:val="es-ES_tradnl"/>
        </w:rPr>
        <w:t xml:space="preserve">☐ </w:t>
      </w:r>
      <w:r>
        <w:rPr>
          <w:lang w:val="es-ES_tradnl"/>
        </w:rPr>
        <w:t>APARAMENTA (CALIBRE)</w:t>
      </w:r>
    </w:p>
    <w:p w14:paraId="0C7583BC" w14:textId="721573C4" w:rsidR="0034548B" w:rsidRPr="0034548B" w:rsidRDefault="0034548B" w:rsidP="0034548B">
      <w:pPr>
        <w:ind w:left="1440" w:firstLine="720"/>
        <w:rPr>
          <w:lang w:val="es-ES_tradnl"/>
        </w:rPr>
      </w:pPr>
      <w:r w:rsidRPr="0034548B">
        <w:rPr>
          <w:lang w:val="es-ES_tradnl"/>
        </w:rPr>
        <w:t xml:space="preserve">☐ </w:t>
      </w:r>
      <w:r>
        <w:rPr>
          <w:lang w:val="es-ES_tradnl"/>
        </w:rPr>
        <w:t>NADA</w:t>
      </w:r>
    </w:p>
    <w:p w14:paraId="70C4449C" w14:textId="00B82B11" w:rsidR="0034548B" w:rsidRPr="0034548B" w:rsidRDefault="0034548B" w:rsidP="0034548B">
      <w:pPr>
        <w:rPr>
          <w:lang w:val="es-ES_tradnl"/>
        </w:rPr>
      </w:pPr>
      <w:r w:rsidRPr="0034548B">
        <w:rPr>
          <w:lang w:val="es-ES_tradnl"/>
        </w:rPr>
        <w:t xml:space="preserve">☐ </w:t>
      </w:r>
      <w:r>
        <w:rPr>
          <w:lang w:val="es-ES_tradnl"/>
        </w:rPr>
        <w:t>Esquema unifilar</w:t>
      </w:r>
      <w:r w:rsidR="00F01E40">
        <w:rPr>
          <w:lang w:val="es-ES_tradnl"/>
        </w:rPr>
        <w:t xml:space="preserve"> básico de cada CT.</w:t>
      </w:r>
    </w:p>
    <w:p w14:paraId="3C3D2467" w14:textId="1325E695" w:rsidR="0034548B" w:rsidRDefault="0034548B" w:rsidP="0034548B">
      <w:pPr>
        <w:rPr>
          <w:lang w:val="es-ES_tradnl"/>
        </w:rPr>
      </w:pPr>
    </w:p>
    <w:p w14:paraId="78022013" w14:textId="7BB5190B" w:rsidR="0034548B" w:rsidRDefault="0034548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_tradnl"/>
        </w:rPr>
      </w:pPr>
      <w:r>
        <w:rPr>
          <w:lang w:val="es-ES_tradnl"/>
        </w:rPr>
        <w:br w:type="page"/>
      </w:r>
    </w:p>
    <w:p w14:paraId="50B60582" w14:textId="45527CC5" w:rsidR="000262E9" w:rsidRDefault="0034548B" w:rsidP="002C60EA">
      <w:pPr>
        <w:pStyle w:val="Ttulo2"/>
      </w:pPr>
      <w:r>
        <w:t>CUADRO GENERAL DE BAJA TENSION</w:t>
      </w:r>
      <w:r w:rsidR="005C56A8" w:rsidRPr="0034548B">
        <w:t xml:space="preserve"> (</w:t>
      </w:r>
      <w:r w:rsidR="00F01E40">
        <w:t>CG</w:t>
      </w:r>
      <w:r w:rsidR="005C56A8" w:rsidRPr="0034548B">
        <w:t>BT)</w:t>
      </w:r>
    </w:p>
    <w:p w14:paraId="20658F48" w14:textId="155C785F" w:rsidR="00F01E40" w:rsidRDefault="00F01E40" w:rsidP="00F01E40">
      <w:pPr>
        <w:rPr>
          <w:lang w:val="es-ES_tradnl"/>
        </w:rPr>
      </w:pPr>
    </w:p>
    <w:p w14:paraId="6429C6DC" w14:textId="6EB60B07" w:rsidR="00F01E40" w:rsidRPr="0034548B" w:rsidRDefault="00F01E40" w:rsidP="00F01E40">
      <w:pPr>
        <w:rPr>
          <w:lang w:val="es-ES_tradnl"/>
        </w:rPr>
      </w:pPr>
      <w:r w:rsidRPr="0034548B">
        <w:rPr>
          <w:lang w:val="es-ES_tradnl"/>
        </w:rPr>
        <w:t xml:space="preserve">☐ Número total de </w:t>
      </w:r>
      <w:r>
        <w:rPr>
          <w:lang w:val="es-ES_tradnl"/>
        </w:rPr>
        <w:t>CGBT</w:t>
      </w:r>
    </w:p>
    <w:p w14:paraId="31BEE00E" w14:textId="7317B879" w:rsidR="00F01E40" w:rsidRDefault="00F01E40" w:rsidP="002A6A1B">
      <w:pPr>
        <w:ind w:firstLine="720"/>
        <w:rPr>
          <w:lang w:val="es-ES_tradnl"/>
        </w:rPr>
      </w:pPr>
      <w:r w:rsidRPr="0034548B">
        <w:rPr>
          <w:lang w:val="es-ES_tradnl"/>
        </w:rPr>
        <w:t xml:space="preserve">☐ Identificación de cada </w:t>
      </w:r>
      <w:r>
        <w:rPr>
          <w:lang w:val="es-ES_tradnl"/>
        </w:rPr>
        <w:t>CGBT</w:t>
      </w:r>
    </w:p>
    <w:p w14:paraId="22142D48" w14:textId="49D641DF" w:rsidR="002A6A1B" w:rsidRDefault="0046604D" w:rsidP="002A6A1B">
      <w:pPr>
        <w:ind w:left="720" w:firstLine="720"/>
        <w:rPr>
          <w:lang w:val="es-ES_tradnl"/>
        </w:rPr>
      </w:pPr>
      <w:r>
        <w:rPr>
          <w:noProof/>
          <w:lang w:val="es-ES_tradnl"/>
        </w:rPr>
        <w:drawing>
          <wp:anchor distT="0" distB="0" distL="114300" distR="114300" simplePos="0" relativeHeight="251660288" behindDoc="0" locked="0" layoutInCell="1" allowOverlap="1" wp14:anchorId="13107408" wp14:editId="0063ED33">
            <wp:simplePos x="0" y="0"/>
            <wp:positionH relativeFrom="column">
              <wp:posOffset>6350000</wp:posOffset>
            </wp:positionH>
            <wp:positionV relativeFrom="page">
              <wp:posOffset>2466975</wp:posOffset>
            </wp:positionV>
            <wp:extent cx="1742440" cy="2538023"/>
            <wp:effectExtent l="0" t="0" r="0" b="2540"/>
            <wp:wrapNone/>
            <wp:docPr id="5852504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50413" name="Imagen 5852504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53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A1B" w:rsidRPr="0034548B">
        <w:rPr>
          <w:lang w:val="es-ES_tradnl"/>
        </w:rPr>
        <w:t xml:space="preserve">☐ </w:t>
      </w:r>
      <w:r w:rsidR="002A6A1B">
        <w:rPr>
          <w:lang w:val="es-ES_tradnl"/>
        </w:rPr>
        <w:t>Número de Int. Generales</w:t>
      </w:r>
    </w:p>
    <w:p w14:paraId="508C02C0" w14:textId="3F175EAA" w:rsidR="00F01E40" w:rsidRDefault="00F01E40" w:rsidP="002A6A1B">
      <w:pPr>
        <w:ind w:left="1440" w:firstLine="720"/>
        <w:rPr>
          <w:lang w:val="es-ES_tradnl"/>
        </w:rPr>
      </w:pPr>
      <w:r w:rsidRPr="0034548B">
        <w:rPr>
          <w:lang w:val="es-ES_tradnl"/>
        </w:rPr>
        <w:t xml:space="preserve">☐ </w:t>
      </w:r>
      <w:r>
        <w:rPr>
          <w:lang w:val="es-ES_tradnl"/>
        </w:rPr>
        <w:t>Identificación de Int. General</w:t>
      </w:r>
    </w:p>
    <w:p w14:paraId="2A0194FB" w14:textId="58B11F2B" w:rsidR="00F01E40" w:rsidRDefault="00F01E40" w:rsidP="00F01E40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="002A6A1B">
        <w:rPr>
          <w:lang w:val="es-ES_tradnl"/>
        </w:rPr>
        <w:tab/>
      </w:r>
      <w:r w:rsidR="002A6A1B">
        <w:rPr>
          <w:lang w:val="es-ES_tradnl"/>
        </w:rPr>
        <w:tab/>
      </w:r>
      <w:r w:rsidRPr="0034548B">
        <w:rPr>
          <w:lang w:val="es-ES_tradnl"/>
        </w:rPr>
        <w:t>☐</w:t>
      </w:r>
      <w:r>
        <w:rPr>
          <w:lang w:val="es-ES_tradnl"/>
        </w:rPr>
        <w:t xml:space="preserve"> Calibre y modelo.</w:t>
      </w:r>
    </w:p>
    <w:p w14:paraId="2BAE7F04" w14:textId="14639F94" w:rsidR="00F01E40" w:rsidRDefault="00F01E40" w:rsidP="00F01E40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="002A6A1B">
        <w:rPr>
          <w:lang w:val="es-ES_tradnl"/>
        </w:rPr>
        <w:tab/>
      </w:r>
      <w:r w:rsidR="002A6A1B">
        <w:rPr>
          <w:lang w:val="es-ES_tradnl"/>
        </w:rPr>
        <w:tab/>
      </w:r>
      <w:r w:rsidRPr="0034548B">
        <w:rPr>
          <w:lang w:val="es-ES_tradnl"/>
        </w:rPr>
        <w:t xml:space="preserve">☐ </w:t>
      </w:r>
      <w:r>
        <w:rPr>
          <w:lang w:val="es-ES_tradnl"/>
        </w:rPr>
        <w:t>Tipo de conductor entrada</w:t>
      </w:r>
      <w:r w:rsidR="002A6A1B">
        <w:rPr>
          <w:lang w:val="es-ES_tradnl"/>
        </w:rPr>
        <w:t xml:space="preserve"> </w:t>
      </w:r>
      <w:r>
        <w:rPr>
          <w:lang w:val="es-ES_tradnl"/>
        </w:rPr>
        <w:t>(pletina rígida, p</w:t>
      </w:r>
      <w:r w:rsidR="008A57B7">
        <w:rPr>
          <w:lang w:val="es-ES_tradnl"/>
        </w:rPr>
        <w:t>letina</w:t>
      </w:r>
      <w:r>
        <w:rPr>
          <w:lang w:val="es-ES_tradnl"/>
        </w:rPr>
        <w:t xml:space="preserve"> flexible,</w:t>
      </w:r>
      <w:r w:rsidR="008A57B7">
        <w:rPr>
          <w:lang w:val="es-ES_tradnl"/>
        </w:rPr>
        <w:t xml:space="preserve"> </w:t>
      </w:r>
      <w:r>
        <w:rPr>
          <w:lang w:val="es-ES_tradnl"/>
        </w:rPr>
        <w:t>cable)</w:t>
      </w:r>
      <w:r w:rsidRPr="0034548B">
        <w:rPr>
          <w:lang w:val="es-ES_tradnl"/>
        </w:rPr>
        <w:t xml:space="preserve"> </w:t>
      </w:r>
    </w:p>
    <w:p w14:paraId="572B499A" w14:textId="3FF869AD" w:rsidR="00F01E40" w:rsidRDefault="00F01E40" w:rsidP="00F01E40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="002A6A1B">
        <w:rPr>
          <w:lang w:val="es-ES_tradnl"/>
        </w:rPr>
        <w:tab/>
      </w:r>
      <w:r w:rsidR="002A6A1B">
        <w:rPr>
          <w:lang w:val="es-ES_tradnl"/>
        </w:rPr>
        <w:tab/>
      </w:r>
      <w:r w:rsidRPr="0034548B">
        <w:rPr>
          <w:lang w:val="es-ES_tradnl"/>
        </w:rPr>
        <w:t xml:space="preserve">☐ </w:t>
      </w:r>
      <w:r>
        <w:rPr>
          <w:lang w:val="es-ES_tradnl"/>
        </w:rPr>
        <w:t>Tipo de conductor salida</w:t>
      </w:r>
      <w:r w:rsidR="002A6A1B">
        <w:rPr>
          <w:lang w:val="es-ES_tradnl"/>
        </w:rPr>
        <w:t xml:space="preserve"> </w:t>
      </w:r>
      <w:r>
        <w:rPr>
          <w:lang w:val="es-ES_tradnl"/>
        </w:rPr>
        <w:t>(pletina rígida, p</w:t>
      </w:r>
      <w:r w:rsidR="008A57B7">
        <w:rPr>
          <w:lang w:val="es-ES_tradnl"/>
        </w:rPr>
        <w:t>letina</w:t>
      </w:r>
      <w:r>
        <w:rPr>
          <w:lang w:val="es-ES_tradnl"/>
        </w:rPr>
        <w:t xml:space="preserve"> flexible, cable)</w:t>
      </w:r>
    </w:p>
    <w:p w14:paraId="71FE296F" w14:textId="04E772FC" w:rsidR="000262E9" w:rsidRPr="0034548B" w:rsidRDefault="002B278A" w:rsidP="002A6A1B">
      <w:pPr>
        <w:ind w:left="720" w:firstLine="720"/>
        <w:rPr>
          <w:lang w:val="es-ES_tradn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84BC5" wp14:editId="63EC233A">
                <wp:simplePos x="0" y="0"/>
                <wp:positionH relativeFrom="column">
                  <wp:posOffset>7345680</wp:posOffset>
                </wp:positionH>
                <wp:positionV relativeFrom="paragraph">
                  <wp:posOffset>279400</wp:posOffset>
                </wp:positionV>
                <wp:extent cx="248920" cy="1465580"/>
                <wp:effectExtent l="63500" t="25400" r="81280" b="71120"/>
                <wp:wrapNone/>
                <wp:docPr id="1957003456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" cy="1465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A65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578.4pt;margin-top:22pt;width:19.6pt;height:11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C56A8" w:rsidRPr="0034548B">
        <w:rPr>
          <w:lang w:val="es-ES_tradnl"/>
        </w:rPr>
        <w:t>☐ Tipo de barras (única, seccionada, doble, independientes)</w:t>
      </w:r>
    </w:p>
    <w:p w14:paraId="3E888607" w14:textId="1BCE966F" w:rsidR="000262E9" w:rsidRPr="0034548B" w:rsidRDefault="002B278A" w:rsidP="00C50818">
      <w:pPr>
        <w:ind w:left="1440" w:firstLine="720"/>
        <w:rPr>
          <w:lang w:val="es-ES_tradnl"/>
        </w:rPr>
      </w:pPr>
      <w:r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F18E9" wp14:editId="75DD8E5B">
                <wp:simplePos x="0" y="0"/>
                <wp:positionH relativeFrom="column">
                  <wp:posOffset>5196840</wp:posOffset>
                </wp:positionH>
                <wp:positionV relativeFrom="paragraph">
                  <wp:posOffset>197485</wp:posOffset>
                </wp:positionV>
                <wp:extent cx="1808480" cy="858520"/>
                <wp:effectExtent l="50800" t="38100" r="33020" b="81280"/>
                <wp:wrapNone/>
                <wp:docPr id="553853665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8480" cy="858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56457" id="Conector recto de flecha 9" o:spid="_x0000_s1026" type="#_x0000_t32" style="position:absolute;margin-left:409.2pt;margin-top:15.55pt;width:142.4pt;height:67.6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&#13;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C56A8" w:rsidRPr="0034548B">
        <w:rPr>
          <w:lang w:val="es-ES_tradnl"/>
        </w:rPr>
        <w:t>☐ Existencia de acoplador de barras (Sí / No)</w:t>
      </w:r>
    </w:p>
    <w:p w14:paraId="19F26E54" w14:textId="37DF19A4" w:rsidR="002A6A1B" w:rsidRDefault="005C56A8" w:rsidP="00C50818">
      <w:pPr>
        <w:ind w:left="2160" w:firstLine="720"/>
        <w:rPr>
          <w:lang w:val="es-ES_tradnl"/>
        </w:rPr>
      </w:pPr>
      <w:r w:rsidRPr="0034548B">
        <w:rPr>
          <w:lang w:val="es-ES_tradnl"/>
        </w:rPr>
        <w:t>☐ Estado habitual del acoplador (abierto / cerrado)</w:t>
      </w:r>
    </w:p>
    <w:p w14:paraId="35D0D203" w14:textId="0A00EC18" w:rsidR="002A6A1B" w:rsidRPr="0034548B" w:rsidRDefault="002A6A1B" w:rsidP="002A6A1B">
      <w:pPr>
        <w:ind w:left="720" w:firstLine="720"/>
        <w:rPr>
          <w:lang w:val="es-ES_tradnl"/>
        </w:rPr>
      </w:pPr>
      <w:r w:rsidRPr="0034548B">
        <w:rPr>
          <w:lang w:val="es-ES_tradnl"/>
        </w:rPr>
        <w:t xml:space="preserve">☐ </w:t>
      </w:r>
      <w:r>
        <w:rPr>
          <w:lang w:val="es-ES_tradnl"/>
        </w:rPr>
        <w:t xml:space="preserve">Esquema unifilar básico </w:t>
      </w:r>
    </w:p>
    <w:p w14:paraId="0037E6FA" w14:textId="2E7E9142" w:rsidR="00F01E40" w:rsidRDefault="0046604D" w:rsidP="00F01E40">
      <w:pPr>
        <w:ind w:firstLine="720"/>
        <w:rPr>
          <w:lang w:val="es-ES_tradnl"/>
        </w:rPr>
      </w:pPr>
      <w:r>
        <w:rPr>
          <w:noProof/>
          <w:lang w:val="es-ES_tradnl"/>
        </w:rPr>
        <w:drawing>
          <wp:anchor distT="0" distB="0" distL="114300" distR="114300" simplePos="0" relativeHeight="251661312" behindDoc="0" locked="0" layoutInCell="1" allowOverlap="1" wp14:anchorId="7AB53F69" wp14:editId="097C9C2D">
            <wp:simplePos x="0" y="0"/>
            <wp:positionH relativeFrom="column">
              <wp:posOffset>3218180</wp:posOffset>
            </wp:positionH>
            <wp:positionV relativeFrom="page">
              <wp:posOffset>5359400</wp:posOffset>
            </wp:positionV>
            <wp:extent cx="3131820" cy="990600"/>
            <wp:effectExtent l="0" t="0" r="5080" b="0"/>
            <wp:wrapNone/>
            <wp:docPr id="989492635" name="Imagen 8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92635" name="Imagen 8" descr="Calendari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DDE9C" w14:textId="4897675E" w:rsidR="00F01E40" w:rsidRPr="0034548B" w:rsidRDefault="002B278A" w:rsidP="00F01E40">
      <w:pPr>
        <w:ind w:firstLine="720"/>
        <w:rPr>
          <w:lang w:val="es-ES_tradnl"/>
        </w:rPr>
      </w:pPr>
      <w:r>
        <w:rPr>
          <w:noProof/>
          <w:lang w:val="es-ES_tradnl"/>
        </w:rPr>
        <w:drawing>
          <wp:anchor distT="0" distB="0" distL="114300" distR="114300" simplePos="0" relativeHeight="251663360" behindDoc="0" locked="0" layoutInCell="1" allowOverlap="1" wp14:anchorId="56CAFEA3" wp14:editId="7907ED39">
            <wp:simplePos x="0" y="0"/>
            <wp:positionH relativeFrom="column">
              <wp:posOffset>7005320</wp:posOffset>
            </wp:positionH>
            <wp:positionV relativeFrom="page">
              <wp:posOffset>5651876</wp:posOffset>
            </wp:positionV>
            <wp:extent cx="1320800" cy="538104"/>
            <wp:effectExtent l="0" t="0" r="0" b="0"/>
            <wp:wrapNone/>
            <wp:docPr id="1766414063" name="Imagen 10" descr="Imagen de la pantalla de un celular con let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14063" name="Imagen 10" descr="Imagen de la pantalla de un celular con letras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1571" cy="54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377E8" w14:textId="5E320EEF" w:rsidR="008A57B7" w:rsidRDefault="008A57B7">
      <w:pPr>
        <w:rPr>
          <w:lang w:val="es-ES_tradnl"/>
        </w:rPr>
      </w:pPr>
      <w:r>
        <w:rPr>
          <w:lang w:val="es-ES_tradnl"/>
        </w:rPr>
        <w:br w:type="page"/>
      </w:r>
    </w:p>
    <w:p w14:paraId="4173DF4F" w14:textId="77777777" w:rsidR="002A6A1B" w:rsidRDefault="002A6A1B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s-ES_tradnl"/>
        </w:rPr>
      </w:pPr>
    </w:p>
    <w:p w14:paraId="6D4E7F12" w14:textId="406BF61E" w:rsidR="000262E9" w:rsidRDefault="008A57B7" w:rsidP="008A57B7">
      <w:pPr>
        <w:pStyle w:val="Ttulo2"/>
      </w:pPr>
      <w:r w:rsidRPr="0034548B">
        <w:t xml:space="preserve">POTENCIA </w:t>
      </w:r>
      <w:r>
        <w:t>(KVA) &amp; ENERGIA (Kwh)</w:t>
      </w:r>
    </w:p>
    <w:p w14:paraId="6EFA2B52" w14:textId="77777777" w:rsidR="00186EBB" w:rsidRPr="00186EBB" w:rsidRDefault="00186EBB" w:rsidP="00186EBB">
      <w:pPr>
        <w:rPr>
          <w:lang w:val="es-ES_tradnl"/>
        </w:rPr>
      </w:pPr>
    </w:p>
    <w:p w14:paraId="776DC1BC" w14:textId="77777777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Potencia instalada total (kVA)</w:t>
      </w:r>
    </w:p>
    <w:p w14:paraId="48AE2E3A" w14:textId="0D147F8C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Potencia máxima demandada (kVA)</w:t>
      </w:r>
    </w:p>
    <w:p w14:paraId="5D303452" w14:textId="77777777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Existencia de picos relevantes</w:t>
      </w:r>
    </w:p>
    <w:p w14:paraId="1D54120C" w14:textId="77777777" w:rsidR="000262E9" w:rsidRDefault="005C56A8">
      <w:pPr>
        <w:rPr>
          <w:lang w:val="es-ES_tradnl"/>
        </w:rPr>
      </w:pPr>
      <w:bookmarkStart w:id="1" w:name="OLE_LINK1"/>
      <w:r w:rsidRPr="0034548B">
        <w:rPr>
          <w:lang w:val="es-ES_tradnl"/>
        </w:rPr>
        <w:t>☐</w:t>
      </w:r>
      <w:bookmarkEnd w:id="1"/>
      <w:r w:rsidRPr="0034548B">
        <w:rPr>
          <w:lang w:val="es-ES_tradnl"/>
        </w:rPr>
        <w:t xml:space="preserve"> Cargas críticas o grandes motores</w:t>
      </w:r>
    </w:p>
    <w:p w14:paraId="3D450B2F" w14:textId="57B4CF0D" w:rsidR="000262E9" w:rsidRPr="008A57B7" w:rsidRDefault="00186EBB" w:rsidP="008A57B7">
      <w:pPr>
        <w:rPr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>
        <w:rPr>
          <w:lang w:val="es-ES_tradnl"/>
        </w:rPr>
        <w:t xml:space="preserve"> Reparto % entre los distintos transformadores y/o CT.</w:t>
      </w:r>
    </w:p>
    <w:p w14:paraId="1CCAE617" w14:textId="77777777" w:rsidR="000262E9" w:rsidRPr="0034548B" w:rsidRDefault="005C56A8">
      <w:pPr>
        <w:rPr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 w:rsidRPr="0034548B">
        <w:rPr>
          <w:lang w:val="es-ES_tradnl"/>
        </w:rPr>
        <w:t xml:space="preserve"> Consumo anual aproximado (kWh/año)</w:t>
      </w:r>
    </w:p>
    <w:p w14:paraId="2EE9B5EE" w14:textId="4E39C9C9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Disponibilidad de facturas eléctricas</w:t>
      </w:r>
      <w:r w:rsidR="00186EBB">
        <w:rPr>
          <w:lang w:val="es-ES_tradnl"/>
        </w:rPr>
        <w:t xml:space="preserve"> (CUPS)</w:t>
      </w:r>
    </w:p>
    <w:p w14:paraId="56F5406E" w14:textId="77777777" w:rsidR="000262E9" w:rsidRDefault="005C56A8">
      <w:pPr>
        <w:rPr>
          <w:lang w:val="es-ES_tradnl"/>
        </w:rPr>
      </w:pPr>
      <w:r w:rsidRPr="0034548B">
        <w:rPr>
          <w:lang w:val="es-ES_tradnl"/>
        </w:rPr>
        <w:t>☐ Disponibilidad de curvas de carga</w:t>
      </w:r>
    </w:p>
    <w:p w14:paraId="55645D93" w14:textId="0666BC01" w:rsidR="00C50818" w:rsidRDefault="00C50818">
      <w:pPr>
        <w:rPr>
          <w:lang w:val="es-ES_tradnl"/>
        </w:rPr>
      </w:pPr>
      <w:r>
        <w:rPr>
          <w:lang w:val="es-ES_tradnl"/>
        </w:rPr>
        <w:br w:type="page"/>
      </w:r>
    </w:p>
    <w:p w14:paraId="2E471F8C" w14:textId="77777777" w:rsidR="00C50818" w:rsidRPr="0034548B" w:rsidRDefault="00C50818">
      <w:pPr>
        <w:rPr>
          <w:lang w:val="es-ES_tradnl"/>
        </w:rPr>
      </w:pPr>
    </w:p>
    <w:p w14:paraId="42B0AC5F" w14:textId="137871C7" w:rsidR="000262E9" w:rsidRDefault="00C50818" w:rsidP="008A57B7">
      <w:pPr>
        <w:pStyle w:val="Ttulo2"/>
      </w:pPr>
      <w:r w:rsidRPr="0034548B">
        <w:t>PUNTO DE CONEXIÓN DEL EQUIPO</w:t>
      </w:r>
      <w:r w:rsidR="003714C2">
        <w:t xml:space="preserve"> (SERIE)</w:t>
      </w:r>
    </w:p>
    <w:p w14:paraId="5AAAB572" w14:textId="77777777" w:rsidR="00186EBB" w:rsidRDefault="00186EBB" w:rsidP="00186EBB">
      <w:pPr>
        <w:rPr>
          <w:lang w:val="es-ES_tradnl"/>
        </w:rPr>
      </w:pPr>
    </w:p>
    <w:p w14:paraId="2A3FE92D" w14:textId="76663171" w:rsidR="00C50818" w:rsidRPr="00186EBB" w:rsidRDefault="00C50818" w:rsidP="00186EBB">
      <w:pPr>
        <w:rPr>
          <w:lang w:val="es-ES_tradnl"/>
        </w:rPr>
      </w:pPr>
      <w:r w:rsidRPr="0034548B">
        <w:rPr>
          <w:lang w:val="es-ES_tradnl"/>
        </w:rPr>
        <w:t xml:space="preserve">☐ Conexión </w:t>
      </w:r>
      <w:r>
        <w:rPr>
          <w:lang w:val="es-ES_tradnl"/>
        </w:rPr>
        <w:t>entre CT y CGBT</w:t>
      </w:r>
    </w:p>
    <w:p w14:paraId="0ED192BB" w14:textId="2AAEE229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 xml:space="preserve">☐ Conexión </w:t>
      </w:r>
      <w:r w:rsidR="00C50818">
        <w:rPr>
          <w:lang w:val="es-ES_tradnl"/>
        </w:rPr>
        <w:t xml:space="preserve">entre IG y </w:t>
      </w:r>
      <w:r w:rsidR="00C50818" w:rsidRPr="0034548B">
        <w:rPr>
          <w:lang w:val="es-ES_tradnl"/>
        </w:rPr>
        <w:t>embarrado</w:t>
      </w:r>
      <w:r w:rsidRPr="0034548B">
        <w:rPr>
          <w:lang w:val="es-ES_tradnl"/>
        </w:rPr>
        <w:t xml:space="preserve"> principal</w:t>
      </w:r>
    </w:p>
    <w:p w14:paraId="18F6B7B9" w14:textId="33A59B33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 xml:space="preserve">☐ Conexión </w:t>
      </w:r>
      <w:r w:rsidR="00C50818">
        <w:rPr>
          <w:lang w:val="es-ES_tradnl"/>
        </w:rPr>
        <w:t>en</w:t>
      </w:r>
      <w:r w:rsidRPr="0034548B">
        <w:rPr>
          <w:lang w:val="es-ES_tradnl"/>
        </w:rPr>
        <w:t xml:space="preserve"> </w:t>
      </w:r>
      <w:r w:rsidR="00186EBB">
        <w:rPr>
          <w:lang w:val="es-ES_tradnl"/>
        </w:rPr>
        <w:t>cuadro secundario</w:t>
      </w:r>
    </w:p>
    <w:p w14:paraId="4BF2F8FE" w14:textId="6EB9C338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 xml:space="preserve">☐ Conexión a </w:t>
      </w:r>
      <w:r w:rsidR="00186EBB">
        <w:rPr>
          <w:lang w:val="es-ES_tradnl"/>
        </w:rPr>
        <w:t xml:space="preserve">única </w:t>
      </w:r>
      <w:r w:rsidR="00C50818">
        <w:rPr>
          <w:lang w:val="es-ES_tradnl"/>
        </w:rPr>
        <w:t>máquina</w:t>
      </w:r>
      <w:r w:rsidR="00186EBB">
        <w:rPr>
          <w:lang w:val="es-ES_tradnl"/>
        </w:rPr>
        <w:t>.</w:t>
      </w:r>
    </w:p>
    <w:p w14:paraId="4346F85F" w14:textId="1219B1A6" w:rsidR="000262E9" w:rsidRPr="0034548B" w:rsidRDefault="000262E9">
      <w:pPr>
        <w:rPr>
          <w:lang w:val="es-ES_tradnl"/>
        </w:rPr>
      </w:pPr>
    </w:p>
    <w:p w14:paraId="14B33506" w14:textId="4C5E3DC9" w:rsidR="000262E9" w:rsidRDefault="00C50818" w:rsidP="008A57B7">
      <w:pPr>
        <w:pStyle w:val="Ttulo2"/>
      </w:pPr>
      <w:r w:rsidRPr="0034548B">
        <w:t>PROTECCIONES DEL EQUIPO</w:t>
      </w:r>
      <w:r>
        <w:t xml:space="preserve"> Y EXTRAS.</w:t>
      </w:r>
    </w:p>
    <w:p w14:paraId="7D7D1D8A" w14:textId="77777777" w:rsidR="00C50818" w:rsidRPr="00C50818" w:rsidRDefault="00C50818" w:rsidP="00C50818">
      <w:pPr>
        <w:rPr>
          <w:lang w:val="es-ES_tradnl"/>
        </w:rPr>
      </w:pPr>
    </w:p>
    <w:p w14:paraId="3A05D8DC" w14:textId="2057CBF9" w:rsidR="000262E9" w:rsidRPr="0034548B" w:rsidRDefault="005C56A8">
      <w:pPr>
        <w:rPr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 w:rsidRPr="0034548B">
        <w:rPr>
          <w:lang w:val="es-ES_tradnl"/>
        </w:rPr>
        <w:t xml:space="preserve"> Protección </w:t>
      </w:r>
      <w:r w:rsidR="006C742D">
        <w:rPr>
          <w:lang w:val="es-ES_tradnl"/>
        </w:rPr>
        <w:t>mecánica</w:t>
      </w:r>
      <w:r w:rsidR="00EB190F">
        <w:rPr>
          <w:lang w:val="es-ES_tradnl"/>
        </w:rPr>
        <w:t>, IP,..</w:t>
      </w:r>
    </w:p>
    <w:p w14:paraId="0D5D33CF" w14:textId="0710E728" w:rsidR="000262E9" w:rsidRDefault="005C56A8">
      <w:pPr>
        <w:rPr>
          <w:lang w:val="es-ES_tradnl"/>
        </w:rPr>
      </w:pPr>
      <w:r w:rsidRPr="0034548B">
        <w:rPr>
          <w:lang w:val="es-ES_tradnl"/>
        </w:rPr>
        <w:t xml:space="preserve">☐ Requisitos de </w:t>
      </w:r>
      <w:r w:rsidR="00C50818">
        <w:rPr>
          <w:lang w:val="es-ES_tradnl"/>
        </w:rPr>
        <w:t>bypass completo manual</w:t>
      </w:r>
    </w:p>
    <w:p w14:paraId="49DD35BF" w14:textId="1B071FBC" w:rsidR="00C50818" w:rsidRPr="0034548B" w:rsidRDefault="00C50818" w:rsidP="00C50818">
      <w:pPr>
        <w:rPr>
          <w:lang w:val="es-ES_tradnl"/>
        </w:rPr>
      </w:pPr>
      <w:r w:rsidRPr="0034548B">
        <w:rPr>
          <w:lang w:val="es-ES_tradnl"/>
        </w:rPr>
        <w:t xml:space="preserve">☐ Requisitos de </w:t>
      </w:r>
      <w:r>
        <w:rPr>
          <w:lang w:val="es-ES_tradnl"/>
        </w:rPr>
        <w:t xml:space="preserve">bypass completo </w:t>
      </w:r>
      <w:r w:rsidR="003714C2">
        <w:rPr>
          <w:lang w:val="es-ES_tradnl"/>
        </w:rPr>
        <w:t>automático</w:t>
      </w:r>
    </w:p>
    <w:p w14:paraId="4B995567" w14:textId="2009391A" w:rsidR="000262E9" w:rsidRDefault="005C56A8">
      <w:pPr>
        <w:rPr>
          <w:lang w:val="es-ES_tradnl"/>
        </w:rPr>
      </w:pPr>
      <w:bookmarkStart w:id="2" w:name="OLE_LINK5"/>
      <w:r w:rsidRPr="0034548B">
        <w:rPr>
          <w:lang w:val="es-ES_tradnl"/>
        </w:rPr>
        <w:t>☐</w:t>
      </w:r>
      <w:bookmarkEnd w:id="2"/>
      <w:r w:rsidRPr="0034548B">
        <w:rPr>
          <w:lang w:val="es-ES_tradnl"/>
        </w:rPr>
        <w:t xml:space="preserve"> </w:t>
      </w:r>
      <w:r w:rsidR="00C50818">
        <w:rPr>
          <w:lang w:val="es-ES_tradnl"/>
        </w:rPr>
        <w:t>Acceso a internet vía ethernet.</w:t>
      </w:r>
    </w:p>
    <w:p w14:paraId="53861A2F" w14:textId="50069346" w:rsidR="00C50818" w:rsidRDefault="00C50818">
      <w:pPr>
        <w:rPr>
          <w:lang w:val="es-ES_tradnl"/>
        </w:rPr>
      </w:pPr>
      <w:r w:rsidRPr="0034548B">
        <w:rPr>
          <w:lang w:val="es-ES_tradnl"/>
        </w:rPr>
        <w:t>☐</w:t>
      </w:r>
      <w:r>
        <w:rPr>
          <w:lang w:val="es-ES_tradnl"/>
        </w:rPr>
        <w:t xml:space="preserve"> Atmosfera especial (polvo, humedad, …)</w:t>
      </w:r>
    </w:p>
    <w:p w14:paraId="629F8980" w14:textId="0515A137" w:rsidR="00C50818" w:rsidRDefault="00C50818">
      <w:pPr>
        <w:rPr>
          <w:lang w:val="es-ES_tradnl"/>
        </w:rPr>
      </w:pPr>
      <w:r w:rsidRPr="0034548B">
        <w:rPr>
          <w:lang w:val="es-ES_tradnl"/>
        </w:rPr>
        <w:t>☐</w:t>
      </w:r>
      <w:r>
        <w:rPr>
          <w:lang w:val="es-ES_tradnl"/>
        </w:rPr>
        <w:t xml:space="preserve"> Refrigeración forzada.</w:t>
      </w:r>
    </w:p>
    <w:p w14:paraId="68A06F92" w14:textId="6DE52F25" w:rsidR="00C50818" w:rsidRDefault="00C50818">
      <w:pPr>
        <w:rPr>
          <w:lang w:val="es-ES_tradnl"/>
        </w:rPr>
      </w:pPr>
      <w:r>
        <w:rPr>
          <w:lang w:val="es-ES_tradnl"/>
        </w:rPr>
        <w:br w:type="page"/>
      </w:r>
    </w:p>
    <w:p w14:paraId="0C4E88FE" w14:textId="77777777" w:rsidR="00C50818" w:rsidRPr="0034548B" w:rsidRDefault="00C50818">
      <w:pPr>
        <w:rPr>
          <w:lang w:val="es-ES_tradnl"/>
        </w:rPr>
      </w:pPr>
    </w:p>
    <w:p w14:paraId="1D6CBF09" w14:textId="234C6306" w:rsidR="000262E9" w:rsidRDefault="00C50818" w:rsidP="008A57B7">
      <w:pPr>
        <w:pStyle w:val="Ttulo2"/>
      </w:pPr>
      <w:r w:rsidRPr="0034548B">
        <w:t>DOCUMENTACIÓN DISPONIBLE</w:t>
      </w:r>
    </w:p>
    <w:p w14:paraId="71E514C3" w14:textId="77777777" w:rsidR="00C50818" w:rsidRPr="00C50818" w:rsidRDefault="00C50818" w:rsidP="00C50818">
      <w:pPr>
        <w:rPr>
          <w:lang w:val="es-ES_tradnl"/>
        </w:rPr>
      </w:pPr>
    </w:p>
    <w:p w14:paraId="6FE97CEE" w14:textId="77777777" w:rsidR="000262E9" w:rsidRPr="0034548B" w:rsidRDefault="005C56A8">
      <w:pPr>
        <w:rPr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 w:rsidRPr="0034548B">
        <w:rPr>
          <w:lang w:val="es-ES_tradnl"/>
        </w:rPr>
        <w:t xml:space="preserve"> Unifilar actualizado</w:t>
      </w:r>
    </w:p>
    <w:p w14:paraId="6B6AAD4B" w14:textId="58D90495" w:rsidR="000262E9" w:rsidRDefault="005C56A8">
      <w:pPr>
        <w:rPr>
          <w:lang w:val="es-ES_tradnl"/>
        </w:rPr>
      </w:pPr>
      <w:r w:rsidRPr="0034548B">
        <w:rPr>
          <w:lang w:val="es-ES_tradnl"/>
        </w:rPr>
        <w:t>☐ Placas de transformadores</w:t>
      </w:r>
      <w:r w:rsidR="00C50818">
        <w:rPr>
          <w:lang w:val="es-ES_tradnl"/>
        </w:rPr>
        <w:t xml:space="preserve"> (foto)</w:t>
      </w:r>
    </w:p>
    <w:p w14:paraId="2783874F" w14:textId="2E7A3579" w:rsidR="00C50818" w:rsidRPr="0034548B" w:rsidRDefault="00C50818">
      <w:pPr>
        <w:rPr>
          <w:lang w:val="es-ES_tradnl"/>
        </w:rPr>
      </w:pPr>
      <w:r w:rsidRPr="0034548B">
        <w:rPr>
          <w:lang w:val="es-ES_tradnl"/>
        </w:rPr>
        <w:t>☐</w:t>
      </w:r>
      <w:r>
        <w:rPr>
          <w:lang w:val="es-ES_tradnl"/>
        </w:rPr>
        <w:t xml:space="preserve"> Identificación Aparamenta (foto detalle)</w:t>
      </w:r>
    </w:p>
    <w:p w14:paraId="76871998" w14:textId="77777777" w:rsidR="000262E9" w:rsidRPr="0034548B" w:rsidRDefault="005C56A8">
      <w:pPr>
        <w:rPr>
          <w:lang w:val="es-ES_tradnl"/>
        </w:rPr>
      </w:pPr>
      <w:r w:rsidRPr="0034548B">
        <w:rPr>
          <w:lang w:val="es-ES_tradnl"/>
        </w:rPr>
        <w:t>☐ Planos de cuadros eléctricos</w:t>
      </w:r>
    </w:p>
    <w:p w14:paraId="37EDC618" w14:textId="03D6B5F7" w:rsidR="000262E9" w:rsidRDefault="005C56A8">
      <w:pPr>
        <w:rPr>
          <w:lang w:val="es-ES_tradnl"/>
        </w:rPr>
      </w:pPr>
      <w:r w:rsidRPr="0034548B">
        <w:rPr>
          <w:lang w:val="es-ES_tradnl"/>
        </w:rPr>
        <w:t>☐ Facturas eléctricas / datos de consumo</w:t>
      </w:r>
      <w:r w:rsidR="008A57B7">
        <w:rPr>
          <w:lang w:val="es-ES_tradnl"/>
        </w:rPr>
        <w:t xml:space="preserve"> (CUPS)</w:t>
      </w:r>
    </w:p>
    <w:p w14:paraId="377BD2EC" w14:textId="24578B9E" w:rsidR="008A57B7" w:rsidRDefault="008A57B7">
      <w:pPr>
        <w:rPr>
          <w:lang w:val="es-ES_tradnl"/>
        </w:rPr>
      </w:pPr>
      <w:r>
        <w:rPr>
          <w:lang w:val="es-ES_tradnl"/>
        </w:rPr>
        <w:br w:type="page"/>
      </w:r>
    </w:p>
    <w:p w14:paraId="4D93E4BE" w14:textId="77777777" w:rsidR="008A57B7" w:rsidRPr="0034548B" w:rsidRDefault="008A57B7">
      <w:pPr>
        <w:rPr>
          <w:lang w:val="es-ES_tradnl"/>
        </w:rPr>
      </w:pPr>
    </w:p>
    <w:p w14:paraId="37D55385" w14:textId="10F3945D" w:rsidR="000262E9" w:rsidRPr="0034548B" w:rsidRDefault="008A57B7" w:rsidP="008A57B7">
      <w:pPr>
        <w:pStyle w:val="Ttulo2"/>
      </w:pPr>
      <w:r>
        <w:t xml:space="preserve"> </w:t>
      </w:r>
      <w:r w:rsidR="005C56A8" w:rsidRPr="0034548B">
        <w:t>Observaciones finales</w:t>
      </w:r>
    </w:p>
    <w:p w14:paraId="0DF1F621" w14:textId="77777777" w:rsidR="000262E9" w:rsidRDefault="005C56A8">
      <w:pPr>
        <w:rPr>
          <w:lang w:val="es-ES_tradnl"/>
        </w:rPr>
      </w:pPr>
      <w:bookmarkStart w:id="3" w:name="OLE_LINK4"/>
      <w:r w:rsidRPr="0034548B">
        <w:rPr>
          <w:rFonts w:ascii="Segoe UI Symbol" w:hAnsi="Segoe UI Symbol" w:cs="Segoe UI Symbol"/>
          <w:lang w:val="es-ES_tradnl"/>
        </w:rPr>
        <w:t>☐</w:t>
      </w:r>
      <w:bookmarkEnd w:id="3"/>
      <w:r w:rsidRPr="0034548B">
        <w:rPr>
          <w:lang w:val="es-ES_tradnl"/>
        </w:rPr>
        <w:t xml:space="preserve"> Limitaciones técnicas detectadas</w:t>
      </w:r>
    </w:p>
    <w:p w14:paraId="75B31B71" w14:textId="0C067F88" w:rsidR="008A57B7" w:rsidRDefault="008A57B7">
      <w:pPr>
        <w:rPr>
          <w:rFonts w:ascii="Segoe UI Symbol" w:hAnsi="Segoe UI Symbol" w:cs="Segoe UI Symbol"/>
          <w:lang w:val="es-ES_tradnl"/>
        </w:rPr>
      </w:pPr>
      <w:r>
        <w:rPr>
          <w:lang w:val="es-ES_tradnl"/>
        </w:rPr>
        <w:tab/>
      </w:r>
      <w:r w:rsidRPr="0034548B">
        <w:rPr>
          <w:rFonts w:ascii="Segoe UI Symbol" w:hAnsi="Segoe UI Symbol" w:cs="Segoe UI Symbol"/>
          <w:lang w:val="es-ES_tradnl"/>
        </w:rPr>
        <w:t>☐</w:t>
      </w:r>
      <w:r>
        <w:rPr>
          <w:rFonts w:ascii="Segoe UI Symbol" w:hAnsi="Segoe UI Symbol" w:cs="Segoe UI Symbol"/>
          <w:lang w:val="es-ES_tradnl"/>
        </w:rPr>
        <w:t xml:space="preserve"> Accesos</w:t>
      </w:r>
    </w:p>
    <w:p w14:paraId="5EC81699" w14:textId="5EBCE073" w:rsidR="008A57B7" w:rsidRPr="0034548B" w:rsidRDefault="008A57B7">
      <w:pPr>
        <w:rPr>
          <w:lang w:val="es-ES_tradnl"/>
        </w:rPr>
      </w:pPr>
      <w:r>
        <w:rPr>
          <w:rFonts w:ascii="Segoe UI Symbol" w:hAnsi="Segoe UI Symbol" w:cs="Segoe UI Symbol"/>
          <w:lang w:val="es-ES_tradnl"/>
        </w:rPr>
        <w:tab/>
      </w:r>
      <w:r w:rsidRPr="0034548B">
        <w:rPr>
          <w:rFonts w:ascii="Segoe UI Symbol" w:hAnsi="Segoe UI Symbol" w:cs="Segoe UI Symbol"/>
          <w:lang w:val="es-ES_tradnl"/>
        </w:rPr>
        <w:t>☐</w:t>
      </w:r>
      <w:r>
        <w:rPr>
          <w:rFonts w:ascii="Segoe UI Symbol" w:hAnsi="Segoe UI Symbol" w:cs="Segoe UI Symbol"/>
          <w:lang w:val="es-ES_tradnl"/>
        </w:rPr>
        <w:t xml:space="preserve"> Espacio (interior/exterior)</w:t>
      </w:r>
    </w:p>
    <w:p w14:paraId="167BF72E" w14:textId="77777777" w:rsidR="000262E9" w:rsidRDefault="005C56A8">
      <w:pPr>
        <w:rPr>
          <w:lang w:val="es-ES_tradnl"/>
        </w:rPr>
      </w:pPr>
      <w:r w:rsidRPr="0034548B">
        <w:rPr>
          <w:lang w:val="es-ES_tradnl"/>
        </w:rPr>
        <w:t>☐ Condicionantes operativos del cliente</w:t>
      </w:r>
    </w:p>
    <w:p w14:paraId="2FB94521" w14:textId="75FEFFF8" w:rsidR="008A57B7" w:rsidRDefault="008A57B7" w:rsidP="008A57B7">
      <w:pPr>
        <w:ind w:firstLine="720"/>
        <w:rPr>
          <w:rFonts w:ascii="Segoe UI Symbol" w:hAnsi="Segoe UI Symbol" w:cs="Segoe UI Symbol"/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>
        <w:rPr>
          <w:rFonts w:ascii="Segoe UI Symbol" w:hAnsi="Segoe UI Symbol" w:cs="Segoe UI Symbol"/>
          <w:lang w:val="es-ES_tradnl"/>
        </w:rPr>
        <w:t xml:space="preserve"> Horarios de trabajo</w:t>
      </w:r>
    </w:p>
    <w:p w14:paraId="180C4284" w14:textId="40754488" w:rsidR="008A57B7" w:rsidRDefault="008A57B7" w:rsidP="008A57B7">
      <w:pPr>
        <w:ind w:firstLine="720"/>
        <w:rPr>
          <w:rFonts w:ascii="Segoe UI Symbol" w:hAnsi="Segoe UI Symbol" w:cs="Segoe UI Symbol"/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>
        <w:rPr>
          <w:rFonts w:ascii="Segoe UI Symbol" w:hAnsi="Segoe UI Symbol" w:cs="Segoe UI Symbol"/>
          <w:lang w:val="es-ES_tradnl"/>
        </w:rPr>
        <w:t xml:space="preserve"> Capacidad de corte </w:t>
      </w:r>
      <w:r w:rsidR="00C50818">
        <w:rPr>
          <w:rFonts w:ascii="Segoe UI Symbol" w:hAnsi="Segoe UI Symbol" w:cs="Segoe UI Symbol"/>
          <w:lang w:val="es-ES_tradnl"/>
        </w:rPr>
        <w:t>máximo para puesta en marcha de los equipos.</w:t>
      </w:r>
    </w:p>
    <w:p w14:paraId="591E7655" w14:textId="2B4C0E9E" w:rsidR="00C50818" w:rsidRDefault="00C50818" w:rsidP="008A57B7">
      <w:pPr>
        <w:ind w:firstLine="720"/>
        <w:rPr>
          <w:lang w:val="es-ES_tradnl"/>
        </w:rPr>
      </w:pPr>
      <w:r w:rsidRPr="0034548B">
        <w:rPr>
          <w:rFonts w:ascii="Segoe UI Symbol" w:hAnsi="Segoe UI Symbol" w:cs="Segoe UI Symbol"/>
          <w:lang w:val="es-ES_tradnl"/>
        </w:rPr>
        <w:t>☐</w:t>
      </w:r>
      <w:r>
        <w:rPr>
          <w:rFonts w:ascii="Segoe UI Symbol" w:hAnsi="Segoe UI Symbol" w:cs="Segoe UI Symbol"/>
          <w:lang w:val="es-ES_tradnl"/>
        </w:rPr>
        <w:t xml:space="preserve"> Disponibilidad de cortes para instalación de los equipos.</w:t>
      </w:r>
    </w:p>
    <w:p w14:paraId="63F530DD" w14:textId="50608605" w:rsidR="008A57B7" w:rsidRPr="0034548B" w:rsidRDefault="008A57B7">
      <w:pPr>
        <w:rPr>
          <w:lang w:val="es-ES_tradnl"/>
        </w:rPr>
      </w:pPr>
      <w:r>
        <w:rPr>
          <w:lang w:val="es-ES_tradnl"/>
        </w:rPr>
        <w:tab/>
      </w:r>
    </w:p>
    <w:p w14:paraId="2CC6531D" w14:textId="220251B3" w:rsidR="000262E9" w:rsidRPr="0034548B" w:rsidRDefault="000262E9">
      <w:pPr>
        <w:rPr>
          <w:lang w:val="es-ES_tradnl"/>
        </w:rPr>
      </w:pPr>
    </w:p>
    <w:sectPr w:rsidR="000262E9" w:rsidRPr="0034548B" w:rsidSect="008A57B7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3AD7A" w14:textId="77777777" w:rsidR="00FC535C" w:rsidRDefault="00FC535C" w:rsidP="00C76A0B">
      <w:pPr>
        <w:spacing w:after="0" w:line="240" w:lineRule="auto"/>
      </w:pPr>
      <w:r>
        <w:separator/>
      </w:r>
    </w:p>
  </w:endnote>
  <w:endnote w:type="continuationSeparator" w:id="0">
    <w:p w14:paraId="705F09B4" w14:textId="77777777" w:rsidR="00FC535C" w:rsidRDefault="00FC535C" w:rsidP="00C76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FC30" w14:textId="5641DAC2" w:rsidR="00C76A0B" w:rsidRDefault="008A57B7" w:rsidP="009E7C25">
    <w:pPr>
      <w:pStyle w:val="Piedepgina"/>
      <w:jc w:val="righ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2516D3B" wp14:editId="72598F27">
          <wp:simplePos x="0" y="0"/>
          <wp:positionH relativeFrom="column">
            <wp:posOffset>-386080</wp:posOffset>
          </wp:positionH>
          <wp:positionV relativeFrom="paragraph">
            <wp:posOffset>135890</wp:posOffset>
          </wp:positionV>
          <wp:extent cx="1767840" cy="367030"/>
          <wp:effectExtent l="0" t="0" r="0" b="1270"/>
          <wp:wrapThrough wrapText="bothSides">
            <wp:wrapPolygon edited="0">
              <wp:start x="10241" y="0"/>
              <wp:lineTo x="0" y="2242"/>
              <wp:lineTo x="0" y="20927"/>
              <wp:lineTo x="21414" y="20927"/>
              <wp:lineTo x="21414" y="2242"/>
              <wp:lineTo x="11172" y="0"/>
              <wp:lineTo x="10241" y="0"/>
            </wp:wrapPolygon>
          </wp:wrapThrough>
          <wp:docPr id="1800213305" name="Imagen 3" descr="Imagen que contiene dibujo, plato, reloj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213305" name="Imagen 3" descr="Imagen que contiene dibujo, plato, reloj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8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689D93" wp14:editId="53190201">
              <wp:simplePos x="0" y="0"/>
              <wp:positionH relativeFrom="column">
                <wp:posOffset>-457200</wp:posOffset>
              </wp:positionH>
              <wp:positionV relativeFrom="page">
                <wp:posOffset>7162800</wp:posOffset>
              </wp:positionV>
              <wp:extent cx="10078720" cy="609600"/>
              <wp:effectExtent l="50800" t="25400" r="68580" b="76200"/>
              <wp:wrapThrough wrapText="bothSides">
                <wp:wrapPolygon edited="0">
                  <wp:start x="-54" y="-900"/>
                  <wp:lineTo x="-109" y="-450"/>
                  <wp:lineTo x="-109" y="22950"/>
                  <wp:lineTo x="-54" y="23850"/>
                  <wp:lineTo x="21693" y="23850"/>
                  <wp:lineTo x="21720" y="6750"/>
                  <wp:lineTo x="21638" y="0"/>
                  <wp:lineTo x="21638" y="-900"/>
                  <wp:lineTo x="-54" y="-900"/>
                </wp:wrapPolygon>
              </wp:wrapThrough>
              <wp:docPr id="1712478188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8720" cy="609600"/>
                      </a:xfrm>
                      <a:prstGeom prst="rect">
                        <a:avLst/>
                      </a:prstGeom>
                      <a:solidFill>
                        <a:srgbClr val="4D9C2D"/>
                      </a:soli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B685D" id="Rectángulo 2" o:spid="_x0000_s1026" style="position:absolute;margin-left:-36pt;margin-top:564pt;width:793.6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" fillcolor="#4d9c2d" strokecolor="#4579b8 [3044]">
              <v:shadow on="t" color="black" opacity="22937f" origin=",.5" offset="0,.63889mm"/>
              <w10:wrap type="through" anchory="page"/>
            </v:rect>
          </w:pict>
        </mc:Fallback>
      </mc:AlternateContent>
    </w:r>
    <w:r w:rsidR="00BE6D7B">
      <w:t>d</w:t>
    </w:r>
    <w:r w:rsidR="009E7C25">
      <w:tab/>
    </w:r>
    <w:r w:rsidR="009E7C25">
      <w:tab/>
    </w:r>
    <w:r w:rsidR="009E7C25">
      <w:tab/>
    </w:r>
    <w:r w:rsidR="009E7C25">
      <w:tab/>
    </w:r>
    <w:r w:rsidR="009E7C25">
      <w:tab/>
    </w:r>
    <w:r w:rsidR="009E7C25">
      <w:tab/>
    </w:r>
    <w:r w:rsidR="009E7C25">
      <w:tab/>
    </w:r>
    <w:r w:rsidR="009E7C25">
      <w:tab/>
    </w:r>
    <w:r w:rsidR="009E7C2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00B15" w14:textId="77777777" w:rsidR="00FC535C" w:rsidRDefault="00FC535C" w:rsidP="00C76A0B">
      <w:pPr>
        <w:spacing w:after="0" w:line="240" w:lineRule="auto"/>
      </w:pPr>
      <w:r>
        <w:separator/>
      </w:r>
    </w:p>
  </w:footnote>
  <w:footnote w:type="continuationSeparator" w:id="0">
    <w:p w14:paraId="5BC72D30" w14:textId="77777777" w:rsidR="00FC535C" w:rsidRDefault="00FC535C" w:rsidP="00C76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C6293" w14:textId="1F695904" w:rsidR="00C76A0B" w:rsidRPr="008A638B" w:rsidRDefault="008A638B" w:rsidP="008A638B">
    <w:pPr>
      <w:pStyle w:val="Encabezado"/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75648" behindDoc="1" locked="0" layoutInCell="1" allowOverlap="1" wp14:anchorId="64FC7BE9" wp14:editId="00D6ECA6">
          <wp:simplePos x="0" y="0"/>
          <wp:positionH relativeFrom="column">
            <wp:posOffset>6400800</wp:posOffset>
          </wp:positionH>
          <wp:positionV relativeFrom="page">
            <wp:posOffset>12700</wp:posOffset>
          </wp:positionV>
          <wp:extent cx="2880360" cy="630079"/>
          <wp:effectExtent l="0" t="0" r="2540" b="5080"/>
          <wp:wrapNone/>
          <wp:docPr id="334935218" name="Imagen 5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935218" name="Imagen 5" descr="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360" cy="630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6976" behindDoc="0" locked="0" layoutInCell="1" allowOverlap="1" wp14:anchorId="1F776368" wp14:editId="599EBAE2">
          <wp:simplePos x="0" y="0"/>
          <wp:positionH relativeFrom="column">
            <wp:posOffset>-386080</wp:posOffset>
          </wp:positionH>
          <wp:positionV relativeFrom="page">
            <wp:posOffset>32385</wp:posOffset>
          </wp:positionV>
          <wp:extent cx="2499360" cy="612259"/>
          <wp:effectExtent l="0" t="0" r="0" b="0"/>
          <wp:wrapNone/>
          <wp:docPr id="1513447972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447972" name="Imagen 1" descr="Texto&#10;&#10;El contenido generado por IA puede ser incorrecto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9360" cy="612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V</w:t>
    </w:r>
    <w:r w:rsidR="00FA52AA">
      <w:rPr>
        <w:sz w:val="18"/>
        <w:szCs w:val="18"/>
      </w:rPr>
      <w:t>:</w:t>
    </w:r>
    <w:r w:rsidRPr="008A638B">
      <w:rPr>
        <w:sz w:val="18"/>
        <w:szCs w:val="18"/>
      </w:rPr>
      <w:t>20260128_1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96B1C16"/>
    <w:multiLevelType w:val="hybridMultilevel"/>
    <w:tmpl w:val="3C94804A"/>
    <w:lvl w:ilvl="0" w:tplc="17D2458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945733">
    <w:abstractNumId w:val="8"/>
  </w:num>
  <w:num w:numId="2" w16cid:durableId="1548833945">
    <w:abstractNumId w:val="6"/>
  </w:num>
  <w:num w:numId="3" w16cid:durableId="214902298">
    <w:abstractNumId w:val="5"/>
  </w:num>
  <w:num w:numId="4" w16cid:durableId="1934973352">
    <w:abstractNumId w:val="4"/>
  </w:num>
  <w:num w:numId="5" w16cid:durableId="941258885">
    <w:abstractNumId w:val="7"/>
  </w:num>
  <w:num w:numId="6" w16cid:durableId="562914857">
    <w:abstractNumId w:val="3"/>
  </w:num>
  <w:num w:numId="7" w16cid:durableId="1127551430">
    <w:abstractNumId w:val="2"/>
  </w:num>
  <w:num w:numId="8" w16cid:durableId="1813936550">
    <w:abstractNumId w:val="1"/>
  </w:num>
  <w:num w:numId="9" w16cid:durableId="967508573">
    <w:abstractNumId w:val="0"/>
  </w:num>
  <w:num w:numId="10" w16cid:durableId="10921192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62E9"/>
    <w:rsid w:val="00034616"/>
    <w:rsid w:val="0006063C"/>
    <w:rsid w:val="0015074B"/>
    <w:rsid w:val="00186EBB"/>
    <w:rsid w:val="0029639D"/>
    <w:rsid w:val="002A6A1B"/>
    <w:rsid w:val="002A792D"/>
    <w:rsid w:val="002B278A"/>
    <w:rsid w:val="002C60EA"/>
    <w:rsid w:val="002E0998"/>
    <w:rsid w:val="003269D8"/>
    <w:rsid w:val="00326F90"/>
    <w:rsid w:val="0034548B"/>
    <w:rsid w:val="003714C2"/>
    <w:rsid w:val="0046604D"/>
    <w:rsid w:val="0050206C"/>
    <w:rsid w:val="005C3175"/>
    <w:rsid w:val="005C56A8"/>
    <w:rsid w:val="006C742D"/>
    <w:rsid w:val="008A57B7"/>
    <w:rsid w:val="008A638B"/>
    <w:rsid w:val="009E7C25"/>
    <w:rsid w:val="00AA1D8D"/>
    <w:rsid w:val="00B47730"/>
    <w:rsid w:val="00B6573C"/>
    <w:rsid w:val="00BE4542"/>
    <w:rsid w:val="00BE6D7B"/>
    <w:rsid w:val="00C50818"/>
    <w:rsid w:val="00C76A0B"/>
    <w:rsid w:val="00CB0664"/>
    <w:rsid w:val="00CF3845"/>
    <w:rsid w:val="00D05058"/>
    <w:rsid w:val="00D23628"/>
    <w:rsid w:val="00D33681"/>
    <w:rsid w:val="00DB6BDC"/>
    <w:rsid w:val="00DC3815"/>
    <w:rsid w:val="00DE7D13"/>
    <w:rsid w:val="00EB190F"/>
    <w:rsid w:val="00F01E40"/>
    <w:rsid w:val="00F712F5"/>
    <w:rsid w:val="00FA52AA"/>
    <w:rsid w:val="00FC535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66BD63"/>
  <w14:defaultImageDpi w14:val="300"/>
  <w15:docId w15:val="{99100441-DEAC-8741-AE06-915EAF0A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EBB"/>
  </w:style>
  <w:style w:type="paragraph" w:styleId="Ttulo1">
    <w:name w:val="heading 1"/>
    <w:basedOn w:val="Normal"/>
    <w:next w:val="Normal"/>
    <w:link w:val="Ttulo1Car"/>
    <w:uiPriority w:val="9"/>
    <w:qFormat/>
    <w:rsid w:val="008A57B7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color w:val="4D9C2D"/>
      <w:sz w:val="28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A57B7"/>
    <w:pPr>
      <w:keepNext/>
      <w:keepLines/>
      <w:numPr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D9C2D"/>
      <w:sz w:val="26"/>
      <w:szCs w:val="26"/>
      <w:lang w:val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A57B7"/>
    <w:rPr>
      <w:rFonts w:asciiTheme="majorHAnsi" w:eastAsiaTheme="majorEastAsia" w:hAnsiTheme="majorHAnsi" w:cstheme="majorBidi"/>
      <w:b/>
      <w:bCs/>
      <w:color w:val="4D9C2D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A57B7"/>
    <w:rPr>
      <w:rFonts w:asciiTheme="majorHAnsi" w:eastAsiaTheme="majorEastAsia" w:hAnsiTheme="majorHAnsi" w:cstheme="majorBidi"/>
      <w:b/>
      <w:bCs/>
      <w:color w:val="4D9C2D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399</Words>
  <Characters>2141</Characters>
  <Application>Microsoft Office Word</Application>
  <DocSecurity>0</DocSecurity>
  <Lines>66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Oscar</cp:lastModifiedBy>
  <cp:revision>2</cp:revision>
  <dcterms:created xsi:type="dcterms:W3CDTF">2026-01-28T15:40:00Z</dcterms:created>
  <dcterms:modified xsi:type="dcterms:W3CDTF">2026-01-28T15:40:00Z</dcterms:modified>
  <cp:category/>
</cp:coreProperties>
</file>